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La gran comisión</w:t>
      </w:r>
    </w:p>
    <w:p>
      <w:pPr>
        <w:jc w:val="center"/>
      </w:pPr>
      <w:r>
        <w:rPr>
          <w:b/>
          <w:color w:val="967039"/>
          <w:sz w:val="20"/>
        </w:rPr>
        <w:t>MATEO 28:16–20  |  ENSEÑANZA · 18 OCTUBRE 2026</w:t>
      </w:r>
    </w:p>
    <w:p>
      <w:pPr>
        <w:jc w:val="center"/>
      </w:pPr>
      <w:r>
        <w:rPr>
          <w:i/>
        </w:rPr>
        <w:t>Pasajes paralelos: (Mr. 16.14-18; Lc. 24.36-49; Jn. 20.19-23)</w:t>
      </w:r>
    </w:p>
    <w:p>
      <w:pPr>
        <w:ind w:left="259" w:right="259"/>
      </w:pPr>
      <w:r>
        <w:rPr>
          <w:i/>
          <w:color w:val="225769"/>
        </w:rPr>
        <w:t>16 Pero los once discípulos se fueron a Galilea, al monte donde Jesús les había ordenado. 17 Y cuando le vieron, le adoraron; pero algunos dudaban. 18 Y Jesús se acercó y les habló diciendo: Toda potestad me es dada en el cielo y en la tierra. 19 Por tanto, id, y haced discípulos a todas las naciones, bautizándolos en el nombre del Padre, y del Hijo, y del Espíritu Santo; 20 enseñándoles que guarden todas las cosas que os he mandado; y he aquí yo estoy con vosotros todos los días, hasta el fin del mundo. Amén.</w:t>
      </w:r>
    </w:p>
    <w:p>
      <w:pPr>
        <w:pStyle w:val="Heading1"/>
      </w:pPr>
      <w:r>
        <w:t>1. Jesús llama y ordena a sus discípulos</w:t>
      </w:r>
    </w:p>
    <w:p>
      <w:pPr>
        <w:pStyle w:val="Heading2"/>
      </w:pPr>
      <w:r>
        <w:t>Pero los once discípulos se fueron a Galilea, al monte donde Jesús les había ordenado.</w:t>
      </w:r>
    </w:p>
    <w:p>
      <w:r>
        <w:t>- Once: Dios trabaja con un remanente. - Jesús dejó dos cosas:</w:t>
      </w:r>
    </w:p>
    <w:p>
      <w:pPr>
        <w:ind w:left="288"/>
      </w:pPr>
      <w:r>
        <w:t>1. Una gran Salvación.</w:t>
      </w:r>
    </w:p>
    <w:p>
      <w:pPr>
        <w:ind w:left="288"/>
      </w:pPr>
      <w:r>
        <w:t>2. Un grupo de discípulos.</w:t>
      </w:r>
    </w:p>
    <w:p>
      <w:r>
        <w:t>- Solo los discípulos de Jesús pueden forman discípulos de</w:t>
      </w:r>
    </w:p>
    <w:p>
      <w:r>
        <w:t>Jesús. - Ordenado: No dice sugerido. Un discípulo escucha de Su Señor y obedece. ¿Tomas lo que Jesús te dice como si fuera una sugerencia?</w:t>
      </w:r>
    </w:p>
    <w:p>
      <w:pPr>
        <w:pStyle w:val="Heading1"/>
      </w:pPr>
      <w:r>
        <w:t>2. Ver a Jesús y adorarle</w:t>
      </w:r>
    </w:p>
    <w:p>
      <w:pPr>
        <w:pStyle w:val="Heading2"/>
      </w:pPr>
      <w:r>
        <w:t>17  Y cuando le vieron, le adoraron; pero algunos dudaban.</w:t>
      </w:r>
    </w:p>
    <w:p>
      <w:r>
        <w:t>Le vieron: Esta es la clave del discípulo = Verle a Él. (Hebreos 12 2) Le Adoraron: Porque el discípulo sabe que El es el Señor y Rey. Algunos dudaban: La Biblia no oculta nada- A algunos les lleva más tiempo creer. Somos pacientes, insistentes y no cambia nuestro mensaje.</w:t>
      </w:r>
    </w:p>
    <w:p>
      <w:pPr>
        <w:pStyle w:val="Heading1"/>
      </w:pPr>
      <w:r>
        <w:t>3. La autoridad de Jesucristo</w:t>
      </w:r>
    </w:p>
    <w:p>
      <w:pPr>
        <w:pStyle w:val="Heading2"/>
      </w:pPr>
      <w:r>
        <w:t>18 Y Jesús se acercó y les habló diciendo: Toda potestad me es dada en el cielo y en la tierra.</w:t>
      </w:r>
    </w:p>
    <w:p>
      <w:r>
        <w:t>Se acercó y les habló: Una relación personal, sin intermediarios, sin distancia. Toda Potestad:</w:t>
      </w:r>
    </w:p>
    <w:p>
      <w:r>
        <w:t>En el Cielo: Dada = Le pertenece al Padre y es otorgada al Hijo. En la Tierra: Recuperada = En la Cruz.</w:t>
      </w:r>
    </w:p>
    <w:p>
      <w:pPr>
        <w:spacing w:before="120"/>
        <w:ind w:left="360"/>
      </w:pPr>
      <w:r>
        <w:rPr>
          <w:i/>
          <w:color w:val="2C5C70"/>
        </w:rPr>
        <w:t>Y a ti te daré las llaves del reino de los cielos; y todo lo que</w:t>
      </w:r>
    </w:p>
    <w:p>
      <w:r>
        <w:t>atares en la tierra será atado en los cielos; y todo lo que</w:t>
      </w:r>
    </w:p>
    <w:p>
      <w:r>
        <w:t>desatares en la tierra será desatado en los cielos.</w:t>
      </w:r>
    </w:p>
    <w:p>
      <w:r>
        <w:t>Mateo 16 19</w:t>
      </w:r>
    </w:p>
    <w:p>
      <w:r>
        <w:t>Por tanto id: “Su autoridad universal demanda una misión universal”. Esta autoridad de Jesús es dada a la Iglesia. Iglesia: Comunidad de discípulos que caminan (enviados) bajo sus órdenes.</w:t>
      </w:r>
    </w:p>
    <w:p>
      <w:pPr>
        <w:pStyle w:val="Heading1"/>
      </w:pPr>
      <w:r>
        <w:t>4. Id y haced discípulos</w:t>
      </w:r>
    </w:p>
    <w:p>
      <w:pPr>
        <w:pStyle w:val="Heading2"/>
      </w:pPr>
      <w:r>
        <w:t>19 Por tanto, id, y haced discípulos a todas las naciones, bautizándolos en el nombre del Padre, y del Hijo, y del Espíritu Santo</w:t>
      </w:r>
    </w:p>
    <w:p>
      <w:r>
        <w:t>Por tanto… (tengo autoridad y la doy a quien quiero) Id: Enviados con una comisión Haced: Toma de donde no hay y hazlos- Discípulos: De simpatizantes a creyentes a discípulos. El estándar de la comisión son Discípulos. Bautizándolos: Identificándolos, sumergiéndolos, inundándolos. Entrar en una relación de lealtad.</w:t>
      </w:r>
    </w:p>
    <w:p>
      <w:pPr>
        <w:spacing w:before="120"/>
        <w:ind w:left="360"/>
      </w:pPr>
      <w:r>
        <w:rPr>
          <w:i/>
          <w:color w:val="2C5C70"/>
        </w:rPr>
        <w:t>porque todos los que han sido bautizados en Cristo</w:t>
      </w:r>
    </w:p>
    <w:p>
      <w:r>
        <w:t>se han revestido de Cristo.</w:t>
      </w:r>
    </w:p>
    <w:p>
      <w:r>
        <w:t>Gálatas 3 27</w:t>
      </w:r>
    </w:p>
    <w:p>
      <w:r>
        <w:t>Nombre: (singular no plural) Dios trino. La experiencia de Dios en tres personas es la base del</w:t>
      </w:r>
    </w:p>
    <w:p>
      <w:r>
        <w:t>discipulado. Amor del Padre = Sanidad. Gracia del Hijo = Salvación. Comunión del Espíritu Santo =Integración.</w:t>
      </w:r>
    </w:p>
    <w:p>
      <w:pPr>
        <w:spacing w:before="120"/>
        <w:ind w:left="360"/>
      </w:pPr>
      <w:r>
        <w:rPr>
          <w:i/>
          <w:color w:val="2C5C70"/>
        </w:rPr>
        <w:t>La gracia del Señor Jesucristo, el amor de Dios, y la</w:t>
      </w:r>
    </w:p>
    <w:p>
      <w:r>
        <w:t>comunión del Espíritu Santo sean con todos vosotros.</w:t>
      </w:r>
    </w:p>
    <w:p>
      <w:r>
        <w:t>Amén.</w:t>
      </w:r>
    </w:p>
    <w:p>
      <w:r>
        <w:t>2 Corintio 13 14</w:t>
      </w:r>
    </w:p>
    <w:p>
      <w:pPr>
        <w:pStyle w:val="Heading1"/>
      </w:pPr>
      <w:r>
        <w:t>5. Enseñándoles a obedecer</w:t>
      </w:r>
    </w:p>
    <w:p>
      <w:pPr>
        <w:pStyle w:val="Heading2"/>
      </w:pPr>
      <w:r>
        <w:t>20  enseñándoles que guarden todas las cosas que os he mandado</w:t>
      </w:r>
    </w:p>
    <w:p>
      <w:r>
        <w:t>Enseñar: Mostrar, Modelar, Impartir. Que guarden: Obediencia. Implementar, practicar, caminar</w:t>
      </w:r>
    </w:p>
    <w:p>
      <w:r>
        <w:t>en ellas. El proceso de discipulado no está completo hasta que vivan una vida de observar (obedecer) los mandamientos de Jesús. Todas las cosas que os he mandado: Ordenado- no es</w:t>
      </w:r>
    </w:p>
    <w:p>
      <w:r>
        <w:t>sugerido.</w:t>
      </w:r>
    </w:p>
    <w:p>
      <w:pPr>
        <w:ind w:left="288"/>
      </w:pPr>
      <w:r>
        <w:t>No Menos (no editamos) (no quitamos) No Mas (no editamos) (no añadimos)</w:t>
      </w:r>
    </w:p>
    <w:p>
      <w:pPr>
        <w:spacing w:before="120"/>
        <w:ind w:left="360"/>
      </w:pPr>
      <w:r>
        <w:rPr>
          <w:i/>
          <w:color w:val="2C5C70"/>
        </w:rPr>
        <w:t>Atan cargas pesadas y las ponen sobre la espalda de los demás, pero ellos mismos no están dispuestos a mover ni un dedo para levantarlas. Mateo 24 4</w:t>
      </w:r>
    </w:p>
    <w:p>
      <w:pPr>
        <w:pStyle w:val="Heading1"/>
      </w:pPr>
      <w:r>
        <w:t>6. Su presencia hasta el fin</w:t>
      </w:r>
    </w:p>
    <w:p>
      <w:pPr>
        <w:pStyle w:val="Heading2"/>
      </w:pPr>
      <w:r>
        <w:t>Y he aquí yo estoy con vosotros todos los días, hasta el fin del mundo. Amén.</w:t>
      </w:r>
    </w:p>
    <w:p>
      <w:r>
        <w:t>Jesús está aquí: Caminando en Su Iglesia, Edificando Su Iglesia, La Iglesia Opera con Cristo en el centro.</w:t>
      </w:r>
    </w:p>
    <w:p>
      <w:pPr>
        <w:spacing w:before="120"/>
        <w:ind w:left="360"/>
      </w:pPr>
      <w:r>
        <w:rPr>
          <w:i/>
          <w:color w:val="2C5C70"/>
        </w:rPr>
        <w:t>En medio de los candelabros estaba alguien «con aspecto</w:t>
      </w:r>
    </w:p>
    <w:p>
      <w:r>
        <w:t>de un hijo de hombre», vestido con una túnica que le llegaba hasta los pies y ceñido con una banda de oro a la altura del pecho. Apocalipsis 1 13</w:t>
      </w:r>
    </w:p>
    <w:p>
      <w:r>
        <w:t>Todos los Días: En cada detalle. (¿No es este Dios con Nosotros: Emanuel?)</w:t>
      </w:r>
    </w:p>
    <w:p>
      <w:pPr>
        <w:spacing w:before="120"/>
        <w:ind w:left="360"/>
      </w:pPr>
      <w:r>
        <w:rPr>
          <w:i/>
          <w:color w:val="2C5C70"/>
        </w:rPr>
        <w:t>Porque donde dos o tres se reúnen en mi nombre, allí</w:t>
      </w:r>
    </w:p>
    <w:p>
      <w:r>
        <w:t>estoy yo en medio de ellos». Mateo 18 20</w:t>
      </w:r>
    </w:p>
    <w:p>
      <w:pPr>
        <w:ind w:left="288"/>
      </w:pPr>
      <w:r>
        <w:t>No es una afirmación confortable, más bien un requisito para la misión.</w:t>
      </w:r>
    </w:p>
    <w:p>
      <w:pPr>
        <w:spacing w:before="120"/>
        <w:ind w:left="360"/>
      </w:pPr>
      <w:r>
        <w:rPr>
          <w:i/>
          <w:color w:val="2C5C70"/>
        </w:rPr>
        <w:t>Durante todos los días de tu vida, nadie será capaz de enfrentarse a ti. Así como estuve con Moisés, también estaré contigo; no te dejaré ni te abandonaré. Josué 1 5</w:t>
      </w:r>
    </w:p>
    <w:p>
      <w:r>
        <w:t>Hasta el fin del mundo: Una labor generacional, que continuará… Hasta el final del mundo es una carrera de resistencia.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08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9737D"/>
        <w:sz w:val="16"/>
      </w:rPr>
      <w:t>Centro Cristiano Coatzacoalcos  •  Enseñanza bíblica  •  18 de octubre de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185B6F"/>
        <w:sz w:val="18"/>
      </w:rPr>
      <w:t>CENTRO CRISTIANO COATZACOALCOS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color w:val="2B333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34B6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2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25B7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 w:before="260"/>
      <w:contextualSpacing/>
    </w:pPr>
    <w:rPr>
      <w:rFonts w:asciiTheme="majorHAnsi" w:eastAsiaTheme="majorEastAsia" w:hAnsiTheme="majorHAnsi" w:cstheme="majorBidi" w:ascii="Aptos Display" w:hAnsi="Aptos Display"/>
      <w:b/>
      <w:color w:val="13385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